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Parent999.com Referral Form</w:t>
      </w:r>
    </w:p>
    <w:p>
      <w:r>
        <w:t>For use by schools and youth organisations to refer parents/carers for support with teenage anti-social behaviour</w:t>
      </w:r>
    </w:p>
    <w:p>
      <w:pPr>
        <w:pStyle w:val="Heading1"/>
      </w:pPr>
      <w:r>
        <w:t>1. Referring Organisation Details</w:t>
      </w:r>
    </w:p>
    <w:p>
      <w:r>
        <w:t>Organisation Name: ___________________________________</w:t>
      </w:r>
    </w:p>
    <w:p>
      <w:r>
        <w:t>Staff Member Name: ___________________________________</w:t>
      </w:r>
    </w:p>
    <w:p>
      <w:r>
        <w:t>Role/Position: ___________________________________</w:t>
      </w:r>
    </w:p>
    <w:p>
      <w:r>
        <w:t>Email Address: ___________________________________</w:t>
      </w:r>
    </w:p>
    <w:p>
      <w:r>
        <w:t>Phone Number: ___________________________________</w:t>
      </w:r>
    </w:p>
    <w:p>
      <w:pPr>
        <w:pStyle w:val="Heading1"/>
      </w:pPr>
      <w:r>
        <w:t>2. Parent/Carer Information</w:t>
      </w:r>
    </w:p>
    <w:p>
      <w:r>
        <w:t>Name of Parent/Carer: ___________________________________</w:t>
      </w:r>
    </w:p>
    <w:p>
      <w:r>
        <w:t>Preferred Contact Method: ☐ Phone ☐ Email</w:t>
      </w:r>
    </w:p>
    <w:p>
      <w:r>
        <w:t>Phone Number: ___________________________________</w:t>
      </w:r>
    </w:p>
    <w:p>
      <w:r>
        <w:t>Email Address: ___________________________________</w:t>
      </w:r>
    </w:p>
    <w:p>
      <w:pPr>
        <w:pStyle w:val="Heading1"/>
      </w:pPr>
      <w:r>
        <w:t>3. Young Person’s Details</w:t>
      </w:r>
    </w:p>
    <w:p>
      <w:r>
        <w:t>First Name (optional): ___________________________________</w:t>
      </w:r>
    </w:p>
    <w:p>
      <w:r>
        <w:t>Age: _______</w:t>
      </w:r>
    </w:p>
    <w:p>
      <w:r>
        <w:t>Current School/Setting: ___________________________________</w:t>
      </w:r>
    </w:p>
    <w:p>
      <w:pPr>
        <w:pStyle w:val="Heading1"/>
      </w:pPr>
      <w:r>
        <w:t>4. Reason for Referral</w:t>
      </w:r>
    </w:p>
    <w:p>
      <w:r>
        <w:t>Please provide a brief summary of the concerns and why this support is being recommended:</w:t>
      </w:r>
    </w:p>
    <w:p>
      <w:r>
        <w:br/>
        <w:br/>
        <w:br/>
      </w:r>
    </w:p>
    <w:p>
      <w:pPr>
        <w:pStyle w:val="Heading1"/>
      </w:pPr>
      <w:r>
        <w:t>5. Consent Confirmation</w:t>
      </w:r>
    </w:p>
    <w:p>
      <w:r>
        <w:t>☐ I confirm that the parent/carer has given consent for this referral and is aware they will be contacted by Parent999.com.</w:t>
      </w:r>
    </w:p>
    <w:p>
      <w:r>
        <w:t>Referrer Signature: ____________________</w:t>
      </w:r>
    </w:p>
    <w:p>
      <w:r>
        <w:t>Date: ___________</w:t>
      </w:r>
    </w:p>
    <w:p>
      <w:r>
        <w:br/>
        <w:t>Submit this form to: admin@parent999.com</w:t>
      </w:r>
    </w:p>
    <w:p>
      <w:r>
        <w:t>Or use the secure upload form at www.parent999.com/referrals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